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18871" w14:textId="77777777" w:rsidR="008710F3" w:rsidRPr="007C123A" w:rsidRDefault="00AE2D4E" w:rsidP="007C123A">
      <w:pPr>
        <w:jc w:val="center"/>
        <w:rPr>
          <w:rFonts w:ascii="Abadi" w:hAnsi="Abadi"/>
          <w:b/>
          <w:sz w:val="36"/>
          <w:szCs w:val="36"/>
          <w:u w:val="single"/>
        </w:rPr>
      </w:pPr>
      <w:r w:rsidRPr="007C123A">
        <w:rPr>
          <w:rFonts w:ascii="Abadi" w:hAnsi="Abadi"/>
          <w:b/>
          <w:sz w:val="36"/>
          <w:szCs w:val="36"/>
          <w:u w:val="single"/>
        </w:rPr>
        <w:t>WELCOME TO MADELEY ACADEMY</w:t>
      </w:r>
    </w:p>
    <w:p w14:paraId="4A9C6244" w14:textId="77777777" w:rsidR="008710F3" w:rsidRPr="007C123A" w:rsidRDefault="00AE2D4E" w:rsidP="007C123A">
      <w:pPr>
        <w:jc w:val="center"/>
        <w:rPr>
          <w:rFonts w:ascii="Abadi" w:hAnsi="Abadi"/>
          <w:b/>
          <w:sz w:val="36"/>
          <w:szCs w:val="36"/>
          <w:u w:val="single"/>
        </w:rPr>
      </w:pPr>
      <w:r w:rsidRPr="007C123A">
        <w:rPr>
          <w:rFonts w:ascii="Abadi" w:hAnsi="Abadi"/>
          <w:b/>
          <w:sz w:val="36"/>
          <w:szCs w:val="36"/>
          <w:u w:val="single"/>
        </w:rPr>
        <w:t>Year 7 Transition Guide</w:t>
      </w:r>
    </w:p>
    <w:p w14:paraId="6C72B76C" w14:textId="77777777" w:rsidR="008710F3" w:rsidRPr="007C123A" w:rsidRDefault="00AE2D4E" w:rsidP="007C123A">
      <w:pPr>
        <w:jc w:val="center"/>
        <w:rPr>
          <w:rFonts w:ascii="Abadi" w:hAnsi="Abadi"/>
          <w:b/>
          <w:sz w:val="36"/>
          <w:szCs w:val="36"/>
          <w:u w:val="single"/>
        </w:rPr>
      </w:pPr>
      <w:r w:rsidRPr="007C123A">
        <w:rPr>
          <w:rFonts w:ascii="Abadi" w:hAnsi="Abadi"/>
          <w:b/>
          <w:sz w:val="36"/>
          <w:szCs w:val="36"/>
          <w:u w:val="single"/>
        </w:rPr>
        <w:t>For Year 6 Students and Parents</w:t>
      </w:r>
    </w:p>
    <w:p w14:paraId="07F39995" w14:textId="4EB35746" w:rsidR="008710F3" w:rsidRPr="007C123A" w:rsidRDefault="0019037D">
      <w:pPr>
        <w:rPr>
          <w:rFonts w:ascii="Abadi" w:hAnsi="Abadi"/>
          <w:sz w:val="28"/>
          <w:szCs w:val="28"/>
        </w:rPr>
      </w:pPr>
      <w:r w:rsidRPr="007C123A">
        <w:rPr>
          <w:noProof/>
          <w:sz w:val="28"/>
          <w:szCs w:val="28"/>
        </w:rPr>
        <w:drawing>
          <wp:anchor distT="0" distB="0" distL="114300" distR="114300" simplePos="0" relativeHeight="251641344" behindDoc="1" locked="0" layoutInCell="1" allowOverlap="1" wp14:anchorId="3C2A6124" wp14:editId="42B91248">
            <wp:simplePos x="0" y="0"/>
            <wp:positionH relativeFrom="column">
              <wp:posOffset>1343025</wp:posOffset>
            </wp:positionH>
            <wp:positionV relativeFrom="paragraph">
              <wp:posOffset>74930</wp:posOffset>
            </wp:positionV>
            <wp:extent cx="279082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ight>
            <wp:docPr id="562442708" name="Picture 2" descr="Madeley Academy Sixth Form (@MadeleyAcademySixthForm) •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deley Academy Sixth Form (@MadeleyAcademySixthForm) • Faceboo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70B5F" w14:textId="6C7E91FC" w:rsidR="0019037D" w:rsidRPr="007C123A" w:rsidRDefault="0019037D">
      <w:pPr>
        <w:rPr>
          <w:rFonts w:ascii="Abadi" w:hAnsi="Abadi"/>
          <w:sz w:val="28"/>
          <w:szCs w:val="28"/>
        </w:rPr>
      </w:pPr>
    </w:p>
    <w:p w14:paraId="173E88C6" w14:textId="6227853A" w:rsidR="0019037D" w:rsidRPr="007C123A" w:rsidRDefault="0019037D">
      <w:pPr>
        <w:rPr>
          <w:rFonts w:ascii="Abadi" w:hAnsi="Abadi"/>
          <w:sz w:val="28"/>
          <w:szCs w:val="28"/>
        </w:rPr>
      </w:pPr>
    </w:p>
    <w:p w14:paraId="0BE165F3" w14:textId="7F2E9441" w:rsidR="008710F3" w:rsidRPr="007C123A" w:rsidRDefault="008710F3">
      <w:pPr>
        <w:rPr>
          <w:rFonts w:ascii="Abadi" w:hAnsi="Abadi"/>
          <w:sz w:val="28"/>
          <w:szCs w:val="28"/>
        </w:rPr>
      </w:pPr>
    </w:p>
    <w:p w14:paraId="7C0CD76F" w14:textId="7AA54D90" w:rsidR="0019037D" w:rsidRPr="007C123A" w:rsidRDefault="0019037D">
      <w:pPr>
        <w:rPr>
          <w:rFonts w:ascii="Abadi" w:hAnsi="Abadi"/>
          <w:sz w:val="28"/>
          <w:szCs w:val="28"/>
        </w:rPr>
      </w:pPr>
    </w:p>
    <w:p w14:paraId="21459DE2" w14:textId="2AD11F42" w:rsidR="0019037D" w:rsidRPr="007C123A" w:rsidRDefault="0019037D">
      <w:pPr>
        <w:rPr>
          <w:rFonts w:ascii="Abadi" w:hAnsi="Abadi"/>
          <w:sz w:val="28"/>
          <w:szCs w:val="28"/>
        </w:rPr>
      </w:pPr>
    </w:p>
    <w:p w14:paraId="0ED9B246" w14:textId="43A994A3" w:rsidR="0019037D" w:rsidRPr="007C123A" w:rsidRDefault="0019037D">
      <w:pPr>
        <w:rPr>
          <w:rFonts w:ascii="Abadi" w:hAnsi="Abadi"/>
          <w:sz w:val="28"/>
          <w:szCs w:val="28"/>
        </w:rPr>
      </w:pPr>
    </w:p>
    <w:p w14:paraId="57996350" w14:textId="1575FC4F" w:rsidR="0019037D" w:rsidRPr="007C123A" w:rsidRDefault="0019037D">
      <w:pPr>
        <w:jc w:val="center"/>
        <w:rPr>
          <w:rFonts w:ascii="Abadi" w:hAnsi="Abadi"/>
          <w:b/>
          <w:sz w:val="28"/>
          <w:szCs w:val="28"/>
        </w:rPr>
      </w:pPr>
    </w:p>
    <w:p w14:paraId="09E895C5" w14:textId="5BB80522" w:rsidR="0019037D" w:rsidRPr="007C123A" w:rsidRDefault="0019037D">
      <w:pPr>
        <w:jc w:val="center"/>
        <w:rPr>
          <w:rFonts w:ascii="Abadi" w:hAnsi="Abadi"/>
          <w:b/>
          <w:sz w:val="28"/>
          <w:szCs w:val="28"/>
        </w:rPr>
      </w:pPr>
      <w:r w:rsidRPr="007C123A">
        <w:rPr>
          <w:noProof/>
          <w:sz w:val="28"/>
          <w:szCs w:val="28"/>
        </w:rPr>
        <w:drawing>
          <wp:anchor distT="0" distB="0" distL="114300" distR="114300" simplePos="0" relativeHeight="251647488" behindDoc="1" locked="0" layoutInCell="1" allowOverlap="1" wp14:anchorId="4C42F673" wp14:editId="2CC96032">
            <wp:simplePos x="0" y="0"/>
            <wp:positionH relativeFrom="column">
              <wp:posOffset>0</wp:posOffset>
            </wp:positionH>
            <wp:positionV relativeFrom="paragraph">
              <wp:posOffset>456565</wp:posOffset>
            </wp:positionV>
            <wp:extent cx="54864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525" y="21491"/>
                <wp:lineTo x="21525" y="0"/>
                <wp:lineTo x="0" y="0"/>
              </wp:wrapPolygon>
            </wp:wrapTight>
            <wp:docPr id="735148306" name="Picture 1" descr="Madeley Academy - Ecl-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deley Academy - Ecl-i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8D8CC" w14:textId="27E162C3" w:rsidR="0019037D" w:rsidRPr="007C123A" w:rsidRDefault="0019037D">
      <w:pPr>
        <w:jc w:val="center"/>
        <w:rPr>
          <w:rFonts w:ascii="Abadi" w:hAnsi="Abadi"/>
          <w:b/>
          <w:sz w:val="28"/>
          <w:szCs w:val="28"/>
        </w:rPr>
      </w:pPr>
    </w:p>
    <w:p w14:paraId="6110DA84" w14:textId="69000CFB" w:rsidR="008710F3" w:rsidRPr="007C123A" w:rsidRDefault="00AE2D4E">
      <w:pPr>
        <w:jc w:val="center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b/>
          <w:sz w:val="28"/>
          <w:szCs w:val="28"/>
        </w:rPr>
        <w:t>Madeley Academy</w:t>
      </w:r>
      <w:r w:rsidRPr="007C123A">
        <w:rPr>
          <w:rFonts w:ascii="Abadi" w:hAnsi="Abadi"/>
          <w:b/>
          <w:sz w:val="28"/>
          <w:szCs w:val="28"/>
        </w:rPr>
        <w:br/>
      </w:r>
      <w:proofErr w:type="spellStart"/>
      <w:r w:rsidRPr="007C123A">
        <w:rPr>
          <w:rFonts w:ascii="Abadi" w:hAnsi="Abadi"/>
          <w:b/>
          <w:sz w:val="28"/>
          <w:szCs w:val="28"/>
        </w:rPr>
        <w:t>Castlefields</w:t>
      </w:r>
      <w:proofErr w:type="spellEnd"/>
      <w:r w:rsidRPr="007C123A">
        <w:rPr>
          <w:rFonts w:ascii="Abadi" w:hAnsi="Abadi"/>
          <w:b/>
          <w:sz w:val="28"/>
          <w:szCs w:val="28"/>
        </w:rPr>
        <w:t xml:space="preserve"> Way</w:t>
      </w:r>
      <w:r w:rsidRPr="007C123A">
        <w:rPr>
          <w:rFonts w:ascii="Abadi" w:hAnsi="Abadi"/>
          <w:b/>
          <w:sz w:val="28"/>
          <w:szCs w:val="28"/>
        </w:rPr>
        <w:br/>
        <w:t>Madeley, Telford TF7 5FB</w:t>
      </w:r>
    </w:p>
    <w:p w14:paraId="5E9BDF7B" w14:textId="3CA9C691" w:rsidR="008710F3" w:rsidRPr="007C123A" w:rsidRDefault="00AE2D4E">
      <w:pPr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br w:type="page"/>
      </w:r>
    </w:p>
    <w:p w14:paraId="1CD9503F" w14:textId="77777777" w:rsidR="008710F3" w:rsidRPr="007C123A" w:rsidRDefault="00AE2D4E">
      <w:pPr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b/>
          <w:sz w:val="28"/>
          <w:szCs w:val="28"/>
        </w:rPr>
        <w:lastRenderedPageBreak/>
        <w:t>Welcome to Madeley Academy</w:t>
      </w:r>
    </w:p>
    <w:p w14:paraId="57E83D34" w14:textId="14C64666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Congratulations on being offered a place at Madeley Academy! Moving from primary school to secondary school is an exciting step. Our aim is to ensure every student feels safe, supported and ready to succeed.</w:t>
      </w:r>
    </w:p>
    <w:p w14:paraId="6F74A53E" w14:textId="1C6A3295" w:rsidR="0019037D" w:rsidRPr="007C123A" w:rsidRDefault="0019037D">
      <w:pPr>
        <w:rPr>
          <w:rFonts w:ascii="Abadi" w:hAnsi="Abadi"/>
          <w:b/>
          <w:sz w:val="28"/>
          <w:szCs w:val="28"/>
        </w:rPr>
      </w:pPr>
    </w:p>
    <w:p w14:paraId="79542664" w14:textId="5C467742" w:rsidR="0019037D" w:rsidRPr="007C123A" w:rsidRDefault="0019037D">
      <w:pPr>
        <w:rPr>
          <w:rFonts w:ascii="Abadi" w:hAnsi="Abadi"/>
          <w:b/>
          <w:sz w:val="28"/>
          <w:szCs w:val="28"/>
        </w:rPr>
      </w:pPr>
    </w:p>
    <w:p w14:paraId="56F94A91" w14:textId="165A196A" w:rsidR="0019037D" w:rsidRPr="007C123A" w:rsidRDefault="007C123A">
      <w:pPr>
        <w:rPr>
          <w:rFonts w:ascii="Abadi" w:hAnsi="Abadi"/>
          <w:b/>
          <w:sz w:val="28"/>
          <w:szCs w:val="28"/>
        </w:rPr>
      </w:pPr>
      <w:r w:rsidRPr="007C123A">
        <w:rPr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68BA3EFC" wp14:editId="14DF9621">
            <wp:simplePos x="0" y="0"/>
            <wp:positionH relativeFrom="column">
              <wp:posOffset>0</wp:posOffset>
            </wp:positionH>
            <wp:positionV relativeFrom="paragraph">
              <wp:posOffset>241935</wp:posOffset>
            </wp:positionV>
            <wp:extent cx="5486400" cy="1728470"/>
            <wp:effectExtent l="0" t="0" r="0" b="5080"/>
            <wp:wrapTight wrapText="bothSides">
              <wp:wrapPolygon edited="0">
                <wp:start x="0" y="0"/>
                <wp:lineTo x="0" y="21425"/>
                <wp:lineTo x="21525" y="21425"/>
                <wp:lineTo x="21525" y="0"/>
                <wp:lineTo x="0" y="0"/>
              </wp:wrapPolygon>
            </wp:wrapTight>
            <wp:docPr id="37912261" name="Picture 5" descr="Vacancy Description - Thomas Telford Leadership &amp; Teaching Opportun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cancy Description - Thomas Telford Leadership &amp; Teaching Opportuniti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759295" w14:textId="53D777D8" w:rsidR="0019037D" w:rsidRDefault="0019037D">
      <w:pPr>
        <w:rPr>
          <w:rFonts w:ascii="Abadi" w:hAnsi="Abadi"/>
          <w:b/>
          <w:sz w:val="28"/>
          <w:szCs w:val="28"/>
        </w:rPr>
      </w:pPr>
    </w:p>
    <w:p w14:paraId="69C02468" w14:textId="77777777" w:rsidR="007C123A" w:rsidRPr="007C123A" w:rsidRDefault="007C123A">
      <w:pPr>
        <w:rPr>
          <w:rFonts w:ascii="Abadi" w:hAnsi="Abadi"/>
          <w:b/>
          <w:sz w:val="28"/>
          <w:szCs w:val="28"/>
        </w:rPr>
      </w:pPr>
    </w:p>
    <w:p w14:paraId="0AD374B0" w14:textId="77777777" w:rsidR="0019037D" w:rsidRPr="007C123A" w:rsidRDefault="0019037D">
      <w:pPr>
        <w:rPr>
          <w:rFonts w:ascii="Abadi" w:hAnsi="Abadi"/>
          <w:b/>
          <w:sz w:val="28"/>
          <w:szCs w:val="28"/>
        </w:rPr>
      </w:pPr>
    </w:p>
    <w:p w14:paraId="0072E159" w14:textId="67DED738" w:rsidR="008710F3" w:rsidRPr="007C123A" w:rsidRDefault="00AE2D4E">
      <w:pPr>
        <w:rPr>
          <w:rFonts w:ascii="Abadi" w:hAnsi="Abadi"/>
          <w:sz w:val="28"/>
          <w:szCs w:val="28"/>
          <w:u w:val="single"/>
        </w:rPr>
      </w:pPr>
      <w:r w:rsidRPr="007C123A">
        <w:rPr>
          <w:rFonts w:ascii="Abadi" w:hAnsi="Abadi"/>
          <w:b/>
          <w:sz w:val="28"/>
          <w:szCs w:val="28"/>
          <w:u w:val="single"/>
        </w:rPr>
        <w:t>Our Values</w:t>
      </w:r>
    </w:p>
    <w:p w14:paraId="56490E8A" w14:textId="4BBFAC82" w:rsidR="007C123A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Segoe UI Symbol" w:hAnsi="Segoe UI Symbol" w:cs="Segoe UI Symbol"/>
          <w:sz w:val="28"/>
          <w:szCs w:val="28"/>
        </w:rPr>
        <w:t>✔</w:t>
      </w:r>
      <w:r w:rsidRPr="007C123A">
        <w:rPr>
          <w:rFonts w:ascii="Abadi" w:hAnsi="Abadi"/>
          <w:sz w:val="28"/>
          <w:szCs w:val="28"/>
        </w:rPr>
        <w:t xml:space="preserve"> Respect for others</w:t>
      </w:r>
    </w:p>
    <w:p w14:paraId="59219D8F" w14:textId="77777777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Segoe UI Symbol" w:hAnsi="Segoe UI Symbol" w:cs="Segoe UI Symbol"/>
          <w:sz w:val="28"/>
          <w:szCs w:val="28"/>
        </w:rPr>
        <w:t>✔</w:t>
      </w:r>
      <w:r w:rsidRPr="007C123A">
        <w:rPr>
          <w:rFonts w:ascii="Abadi" w:hAnsi="Abadi"/>
          <w:sz w:val="28"/>
          <w:szCs w:val="28"/>
        </w:rPr>
        <w:t xml:space="preserve"> High expectations for learning</w:t>
      </w:r>
    </w:p>
    <w:p w14:paraId="79A66CBC" w14:textId="77777777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Segoe UI Symbol" w:hAnsi="Segoe UI Symbol" w:cs="Segoe UI Symbol"/>
          <w:sz w:val="28"/>
          <w:szCs w:val="28"/>
        </w:rPr>
        <w:t>✔</w:t>
      </w:r>
      <w:r w:rsidRPr="007C123A">
        <w:rPr>
          <w:rFonts w:ascii="Abadi" w:hAnsi="Abadi"/>
          <w:sz w:val="28"/>
          <w:szCs w:val="28"/>
        </w:rPr>
        <w:t xml:space="preserve"> A supportive school community</w:t>
      </w:r>
    </w:p>
    <w:p w14:paraId="00A656D2" w14:textId="77777777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Segoe UI Symbol" w:hAnsi="Segoe UI Symbol" w:cs="Segoe UI Symbol"/>
          <w:sz w:val="28"/>
          <w:szCs w:val="28"/>
        </w:rPr>
        <w:t>✔</w:t>
      </w:r>
      <w:r w:rsidRPr="007C123A">
        <w:rPr>
          <w:rFonts w:ascii="Abadi" w:hAnsi="Abadi"/>
          <w:sz w:val="28"/>
          <w:szCs w:val="28"/>
        </w:rPr>
        <w:t xml:space="preserve"> Opportunities for every student to succeed</w:t>
      </w:r>
    </w:p>
    <w:p w14:paraId="085D66C5" w14:textId="77777777" w:rsidR="008710F3" w:rsidRPr="007C123A" w:rsidRDefault="00AE2D4E">
      <w:pPr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br w:type="page"/>
      </w:r>
    </w:p>
    <w:p w14:paraId="023C5B0E" w14:textId="26C8EC91" w:rsidR="008710F3" w:rsidRPr="007C123A" w:rsidRDefault="007C123A">
      <w:pPr>
        <w:rPr>
          <w:rFonts w:ascii="Abadi" w:hAnsi="Abadi"/>
          <w:sz w:val="28"/>
          <w:szCs w:val="28"/>
          <w:u w:val="single"/>
        </w:rPr>
      </w:pPr>
      <w:r w:rsidRPr="007C123A">
        <w:rPr>
          <w:rFonts w:ascii="Abadi" w:hAnsi="Abadi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5920" behindDoc="1" locked="0" layoutInCell="1" allowOverlap="1" wp14:anchorId="7FF55C86" wp14:editId="2A959D90">
            <wp:simplePos x="0" y="0"/>
            <wp:positionH relativeFrom="column">
              <wp:posOffset>285750</wp:posOffset>
            </wp:positionH>
            <wp:positionV relativeFrom="paragraph">
              <wp:posOffset>5420360</wp:posOffset>
            </wp:positionV>
            <wp:extent cx="4484370" cy="2802890"/>
            <wp:effectExtent l="0" t="0" r="0" b="0"/>
            <wp:wrapTight wrapText="bothSides">
              <wp:wrapPolygon edited="0">
                <wp:start x="0" y="0"/>
                <wp:lineTo x="0" y="21434"/>
                <wp:lineTo x="21472" y="21434"/>
                <wp:lineTo x="21472" y="0"/>
                <wp:lineTo x="0" y="0"/>
              </wp:wrapPolygon>
            </wp:wrapTight>
            <wp:docPr id="1309777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80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D4E" w:rsidRPr="007C123A">
        <w:rPr>
          <w:rFonts w:ascii="Abadi" w:hAnsi="Abadi"/>
          <w:b/>
          <w:sz w:val="28"/>
          <w:szCs w:val="28"/>
          <w:u w:val="single"/>
        </w:rPr>
        <w:t>The School Day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97"/>
        <w:gridCol w:w="4297"/>
      </w:tblGrid>
      <w:tr w:rsidR="008710F3" w:rsidRPr="007C123A" w14:paraId="1ABC7223" w14:textId="77777777" w:rsidTr="007C123A">
        <w:trPr>
          <w:trHeight w:val="476"/>
        </w:trPr>
        <w:tc>
          <w:tcPr>
            <w:tcW w:w="4297" w:type="dxa"/>
          </w:tcPr>
          <w:p w14:paraId="607DCBA3" w14:textId="77777777" w:rsidR="008710F3" w:rsidRPr="007C123A" w:rsidRDefault="00AE2D4E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>Time</w:t>
            </w:r>
          </w:p>
        </w:tc>
        <w:tc>
          <w:tcPr>
            <w:tcW w:w="4297" w:type="dxa"/>
          </w:tcPr>
          <w:p w14:paraId="54FA2078" w14:textId="77777777" w:rsidR="008710F3" w:rsidRPr="007C123A" w:rsidRDefault="00AE2D4E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>Activity</w:t>
            </w:r>
          </w:p>
        </w:tc>
      </w:tr>
      <w:tr w:rsidR="008710F3" w:rsidRPr="007C123A" w14:paraId="04F975DA" w14:textId="77777777" w:rsidTr="007C123A">
        <w:trPr>
          <w:trHeight w:val="794"/>
        </w:trPr>
        <w:tc>
          <w:tcPr>
            <w:tcW w:w="4297" w:type="dxa"/>
          </w:tcPr>
          <w:p w14:paraId="4A737AB0" w14:textId="7851A345" w:rsidR="008710F3" w:rsidRPr="007C123A" w:rsidRDefault="0019037D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 xml:space="preserve">8.15am - </w:t>
            </w:r>
            <w:r w:rsidR="00AE2D4E" w:rsidRPr="007C123A">
              <w:rPr>
                <w:rFonts w:ascii="Abadi" w:hAnsi="Abadi"/>
                <w:sz w:val="28"/>
                <w:szCs w:val="28"/>
              </w:rPr>
              <w:t>8:</w:t>
            </w:r>
            <w:r w:rsidRPr="007C123A">
              <w:rPr>
                <w:rFonts w:ascii="Abadi" w:hAnsi="Abadi"/>
                <w:sz w:val="28"/>
                <w:szCs w:val="28"/>
              </w:rPr>
              <w:t>2</w:t>
            </w:r>
            <w:r w:rsidR="00AE2D4E" w:rsidRPr="007C123A">
              <w:rPr>
                <w:rFonts w:ascii="Abadi" w:hAnsi="Abadi"/>
                <w:sz w:val="28"/>
                <w:szCs w:val="28"/>
              </w:rPr>
              <w:t>0</w:t>
            </w:r>
            <w:r w:rsidRPr="007C123A">
              <w:rPr>
                <w:rFonts w:ascii="Abadi" w:hAnsi="Abadi"/>
                <w:sz w:val="28"/>
                <w:szCs w:val="28"/>
              </w:rPr>
              <w:t>am</w:t>
            </w:r>
          </w:p>
        </w:tc>
        <w:tc>
          <w:tcPr>
            <w:tcW w:w="4297" w:type="dxa"/>
          </w:tcPr>
          <w:p w14:paraId="4B3680D6" w14:textId="35BE5655" w:rsidR="008710F3" w:rsidRPr="007C123A" w:rsidRDefault="00AE2D4E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>Students arrive</w:t>
            </w:r>
            <w:r w:rsidR="0019037D" w:rsidRPr="007C123A">
              <w:rPr>
                <w:rFonts w:ascii="Abadi" w:hAnsi="Abadi"/>
                <w:sz w:val="28"/>
                <w:szCs w:val="28"/>
              </w:rPr>
              <w:t xml:space="preserve"> (Doors open at 8.20am prompt)</w:t>
            </w:r>
          </w:p>
        </w:tc>
      </w:tr>
      <w:tr w:rsidR="008710F3" w:rsidRPr="007C123A" w14:paraId="36BEA971" w14:textId="77777777" w:rsidTr="007C123A">
        <w:trPr>
          <w:trHeight w:val="476"/>
        </w:trPr>
        <w:tc>
          <w:tcPr>
            <w:tcW w:w="4297" w:type="dxa"/>
          </w:tcPr>
          <w:p w14:paraId="712AD315" w14:textId="13C49DF7" w:rsidR="008710F3" w:rsidRPr="007C123A" w:rsidRDefault="00AE2D4E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>8:</w:t>
            </w:r>
            <w:r w:rsidR="0019037D" w:rsidRPr="007C123A">
              <w:rPr>
                <w:rFonts w:ascii="Abadi" w:hAnsi="Abadi"/>
                <w:sz w:val="28"/>
                <w:szCs w:val="28"/>
              </w:rPr>
              <w:t>25am – 8.30am</w:t>
            </w:r>
          </w:p>
        </w:tc>
        <w:tc>
          <w:tcPr>
            <w:tcW w:w="4297" w:type="dxa"/>
          </w:tcPr>
          <w:p w14:paraId="12F0B0E3" w14:textId="0F93E461" w:rsidR="008710F3" w:rsidRPr="007C123A" w:rsidRDefault="0019037D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>R</w:t>
            </w:r>
            <w:r w:rsidR="00AE2D4E" w:rsidRPr="007C123A">
              <w:rPr>
                <w:rFonts w:ascii="Abadi" w:hAnsi="Abadi"/>
                <w:sz w:val="28"/>
                <w:szCs w:val="28"/>
              </w:rPr>
              <w:t>egistration</w:t>
            </w:r>
            <w:r w:rsidRPr="007C123A">
              <w:rPr>
                <w:rFonts w:ascii="Abadi" w:hAnsi="Abadi"/>
                <w:sz w:val="28"/>
                <w:szCs w:val="28"/>
              </w:rPr>
              <w:t xml:space="preserve"> during 1A Lesson</w:t>
            </w:r>
          </w:p>
        </w:tc>
      </w:tr>
      <w:tr w:rsidR="008710F3" w:rsidRPr="007C123A" w14:paraId="54B40F5D" w14:textId="77777777" w:rsidTr="007C123A">
        <w:trPr>
          <w:trHeight w:val="781"/>
        </w:trPr>
        <w:tc>
          <w:tcPr>
            <w:tcW w:w="4297" w:type="dxa"/>
          </w:tcPr>
          <w:p w14:paraId="4B7717A3" w14:textId="2FBFC462" w:rsidR="008710F3" w:rsidRPr="007C123A" w:rsidRDefault="0019037D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>8.30 – 10.10</w:t>
            </w:r>
          </w:p>
        </w:tc>
        <w:tc>
          <w:tcPr>
            <w:tcW w:w="4297" w:type="dxa"/>
          </w:tcPr>
          <w:p w14:paraId="32D29BE9" w14:textId="1F23857D" w:rsidR="008710F3" w:rsidRPr="007C123A" w:rsidRDefault="00AE2D4E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>Lesson 1</w:t>
            </w:r>
            <w:r w:rsidR="0019037D" w:rsidRPr="007C123A">
              <w:rPr>
                <w:rFonts w:ascii="Abadi" w:hAnsi="Abadi"/>
                <w:sz w:val="28"/>
                <w:szCs w:val="28"/>
              </w:rPr>
              <w:t>A (including 20-minute Break)</w:t>
            </w:r>
          </w:p>
        </w:tc>
      </w:tr>
      <w:tr w:rsidR="008710F3" w:rsidRPr="007C123A" w14:paraId="56B941DE" w14:textId="77777777" w:rsidTr="007C123A">
        <w:trPr>
          <w:trHeight w:val="476"/>
        </w:trPr>
        <w:tc>
          <w:tcPr>
            <w:tcW w:w="4297" w:type="dxa"/>
          </w:tcPr>
          <w:p w14:paraId="1ABE34D6" w14:textId="36A0E3CC" w:rsidR="008710F3" w:rsidRPr="007C123A" w:rsidRDefault="00AE2D4E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>10:</w:t>
            </w:r>
            <w:r w:rsidR="0019037D" w:rsidRPr="007C123A">
              <w:rPr>
                <w:rFonts w:ascii="Abadi" w:hAnsi="Abadi"/>
                <w:sz w:val="28"/>
                <w:szCs w:val="28"/>
              </w:rPr>
              <w:t>1</w:t>
            </w:r>
            <w:r w:rsidRPr="007C123A">
              <w:rPr>
                <w:rFonts w:ascii="Abadi" w:hAnsi="Abadi"/>
                <w:sz w:val="28"/>
                <w:szCs w:val="28"/>
              </w:rPr>
              <w:t>0</w:t>
            </w:r>
            <w:r w:rsidR="0019037D" w:rsidRPr="007C123A">
              <w:rPr>
                <w:rFonts w:ascii="Abadi" w:hAnsi="Abadi"/>
                <w:sz w:val="28"/>
                <w:szCs w:val="28"/>
              </w:rPr>
              <w:t>am – 11.30am</w:t>
            </w:r>
          </w:p>
        </w:tc>
        <w:tc>
          <w:tcPr>
            <w:tcW w:w="4297" w:type="dxa"/>
          </w:tcPr>
          <w:p w14:paraId="0DFDA540" w14:textId="4C784FC7" w:rsidR="008710F3" w:rsidRPr="007C123A" w:rsidRDefault="00AE2D4E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 xml:space="preserve">Lesson </w:t>
            </w:r>
            <w:r w:rsidR="0019037D" w:rsidRPr="007C123A">
              <w:rPr>
                <w:rFonts w:ascii="Abadi" w:hAnsi="Abadi"/>
                <w:sz w:val="28"/>
                <w:szCs w:val="28"/>
              </w:rPr>
              <w:t>1B</w:t>
            </w:r>
          </w:p>
        </w:tc>
      </w:tr>
      <w:tr w:rsidR="008710F3" w:rsidRPr="007C123A" w14:paraId="3F3466DC" w14:textId="77777777" w:rsidTr="007C123A">
        <w:trPr>
          <w:trHeight w:val="794"/>
        </w:trPr>
        <w:tc>
          <w:tcPr>
            <w:tcW w:w="4297" w:type="dxa"/>
          </w:tcPr>
          <w:p w14:paraId="1C20D5A4" w14:textId="1BBCD91D" w:rsidR="008710F3" w:rsidRPr="007C123A" w:rsidRDefault="00AE2D4E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>11:</w:t>
            </w:r>
            <w:r w:rsidR="0019037D" w:rsidRPr="007C123A">
              <w:rPr>
                <w:rFonts w:ascii="Abadi" w:hAnsi="Abadi"/>
                <w:sz w:val="28"/>
                <w:szCs w:val="28"/>
              </w:rPr>
              <w:t>3</w:t>
            </w:r>
            <w:r w:rsidRPr="007C123A">
              <w:rPr>
                <w:rFonts w:ascii="Abadi" w:hAnsi="Abadi"/>
                <w:sz w:val="28"/>
                <w:szCs w:val="28"/>
              </w:rPr>
              <w:t>0</w:t>
            </w:r>
            <w:r w:rsidR="0019037D" w:rsidRPr="007C123A">
              <w:rPr>
                <w:rFonts w:ascii="Abadi" w:hAnsi="Abadi"/>
                <w:sz w:val="28"/>
                <w:szCs w:val="28"/>
              </w:rPr>
              <w:t>am – 1.40pm</w:t>
            </w:r>
          </w:p>
        </w:tc>
        <w:tc>
          <w:tcPr>
            <w:tcW w:w="4297" w:type="dxa"/>
          </w:tcPr>
          <w:p w14:paraId="32B0AEF3" w14:textId="20B65A70" w:rsidR="008710F3" w:rsidRPr="007C123A" w:rsidRDefault="0019037D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 xml:space="preserve">Lesson 2A (including 30-minute lunch </w:t>
            </w:r>
            <w:r w:rsidR="00811D8E">
              <w:rPr>
                <w:rFonts w:ascii="Abadi" w:hAnsi="Abadi"/>
                <w:sz w:val="28"/>
                <w:szCs w:val="28"/>
              </w:rPr>
              <w:t>+</w:t>
            </w:r>
            <w:r w:rsidRPr="007C123A">
              <w:rPr>
                <w:rFonts w:ascii="Abadi" w:hAnsi="Abadi"/>
                <w:sz w:val="28"/>
                <w:szCs w:val="28"/>
              </w:rPr>
              <w:t xml:space="preserve"> tutor + PSHE tasks)</w:t>
            </w:r>
          </w:p>
        </w:tc>
      </w:tr>
      <w:tr w:rsidR="008710F3" w:rsidRPr="007C123A" w14:paraId="50B88A13" w14:textId="77777777" w:rsidTr="007C123A">
        <w:trPr>
          <w:trHeight w:val="476"/>
        </w:trPr>
        <w:tc>
          <w:tcPr>
            <w:tcW w:w="4297" w:type="dxa"/>
          </w:tcPr>
          <w:p w14:paraId="585AE3CE" w14:textId="1525835F" w:rsidR="008710F3" w:rsidRPr="007C123A" w:rsidRDefault="00AE2D4E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>1</w:t>
            </w:r>
            <w:r w:rsidRPr="007C123A">
              <w:rPr>
                <w:rFonts w:ascii="Abadi" w:hAnsi="Abadi"/>
                <w:sz w:val="28"/>
                <w:szCs w:val="28"/>
              </w:rPr>
              <w:t>:</w:t>
            </w:r>
            <w:r w:rsidR="0019037D" w:rsidRPr="007C123A">
              <w:rPr>
                <w:rFonts w:ascii="Abadi" w:hAnsi="Abadi"/>
                <w:sz w:val="28"/>
                <w:szCs w:val="28"/>
              </w:rPr>
              <w:t>40pm – 2.50pm</w:t>
            </w:r>
          </w:p>
        </w:tc>
        <w:tc>
          <w:tcPr>
            <w:tcW w:w="4297" w:type="dxa"/>
          </w:tcPr>
          <w:p w14:paraId="31E24687" w14:textId="6A1919B9" w:rsidR="008710F3" w:rsidRPr="007C123A" w:rsidRDefault="00AE2D4E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 xml:space="preserve">Lesson </w:t>
            </w:r>
            <w:r w:rsidR="0019037D" w:rsidRPr="007C123A">
              <w:rPr>
                <w:rFonts w:ascii="Abadi" w:hAnsi="Abadi"/>
                <w:sz w:val="28"/>
                <w:szCs w:val="28"/>
              </w:rPr>
              <w:t>2B</w:t>
            </w:r>
          </w:p>
        </w:tc>
      </w:tr>
      <w:tr w:rsidR="008710F3" w:rsidRPr="007C123A" w14:paraId="44EC6D7B" w14:textId="77777777" w:rsidTr="007C123A">
        <w:trPr>
          <w:trHeight w:val="1085"/>
        </w:trPr>
        <w:tc>
          <w:tcPr>
            <w:tcW w:w="4297" w:type="dxa"/>
          </w:tcPr>
          <w:p w14:paraId="5295DD5B" w14:textId="405FA574" w:rsidR="008710F3" w:rsidRPr="007C123A" w:rsidRDefault="0019037D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>2.50pm</w:t>
            </w:r>
          </w:p>
        </w:tc>
        <w:tc>
          <w:tcPr>
            <w:tcW w:w="4297" w:type="dxa"/>
          </w:tcPr>
          <w:p w14:paraId="5A59DFD2" w14:textId="18851A62" w:rsidR="008710F3" w:rsidRPr="007C123A" w:rsidRDefault="0019037D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>Year 7 Dismissal (10 minutes before the remainder of the Academy)</w:t>
            </w:r>
          </w:p>
        </w:tc>
      </w:tr>
      <w:tr w:rsidR="008710F3" w:rsidRPr="007C123A" w14:paraId="37617F25" w14:textId="77777777" w:rsidTr="007C123A">
        <w:trPr>
          <w:trHeight w:val="781"/>
        </w:trPr>
        <w:tc>
          <w:tcPr>
            <w:tcW w:w="4297" w:type="dxa"/>
          </w:tcPr>
          <w:p w14:paraId="3D30DAA1" w14:textId="4355C5C7" w:rsidR="008710F3" w:rsidRPr="007C123A" w:rsidRDefault="0019037D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>3.00pm – 4.15pm</w:t>
            </w:r>
          </w:p>
        </w:tc>
        <w:tc>
          <w:tcPr>
            <w:tcW w:w="4297" w:type="dxa"/>
          </w:tcPr>
          <w:p w14:paraId="16402F41" w14:textId="3A92327A" w:rsidR="008710F3" w:rsidRPr="007C123A" w:rsidRDefault="0019037D">
            <w:pPr>
              <w:rPr>
                <w:rFonts w:ascii="Abadi" w:hAnsi="Abadi"/>
                <w:sz w:val="28"/>
                <w:szCs w:val="28"/>
              </w:rPr>
            </w:pPr>
            <w:r w:rsidRPr="007C123A">
              <w:rPr>
                <w:rFonts w:ascii="Abadi" w:hAnsi="Abadi"/>
                <w:sz w:val="28"/>
                <w:szCs w:val="28"/>
              </w:rPr>
              <w:t>Session 3 Activities (Timetable to be available in September)</w:t>
            </w:r>
          </w:p>
        </w:tc>
      </w:tr>
      <w:tr w:rsidR="008710F3" w:rsidRPr="007C123A" w14:paraId="338F1AAB" w14:textId="77777777" w:rsidTr="007C123A">
        <w:trPr>
          <w:trHeight w:val="489"/>
        </w:trPr>
        <w:tc>
          <w:tcPr>
            <w:tcW w:w="4297" w:type="dxa"/>
          </w:tcPr>
          <w:p w14:paraId="32578090" w14:textId="66B941CE" w:rsidR="008710F3" w:rsidRPr="007C123A" w:rsidRDefault="008710F3">
            <w:pPr>
              <w:rPr>
                <w:rFonts w:ascii="Abadi" w:hAnsi="Abadi"/>
                <w:sz w:val="28"/>
                <w:szCs w:val="28"/>
              </w:rPr>
            </w:pPr>
          </w:p>
        </w:tc>
        <w:tc>
          <w:tcPr>
            <w:tcW w:w="4297" w:type="dxa"/>
          </w:tcPr>
          <w:p w14:paraId="61EBF126" w14:textId="7A2E8BE1" w:rsidR="008710F3" w:rsidRPr="007C123A" w:rsidRDefault="008710F3">
            <w:pPr>
              <w:rPr>
                <w:rFonts w:ascii="Abadi" w:hAnsi="Abadi"/>
                <w:sz w:val="28"/>
                <w:szCs w:val="28"/>
              </w:rPr>
            </w:pPr>
          </w:p>
        </w:tc>
      </w:tr>
      <w:tr w:rsidR="008710F3" w:rsidRPr="007C123A" w14:paraId="0845144D" w14:textId="77777777" w:rsidTr="007C123A">
        <w:trPr>
          <w:trHeight w:val="476"/>
        </w:trPr>
        <w:tc>
          <w:tcPr>
            <w:tcW w:w="4297" w:type="dxa"/>
          </w:tcPr>
          <w:p w14:paraId="13FEE020" w14:textId="3B8CDF0D" w:rsidR="008710F3" w:rsidRPr="007C123A" w:rsidRDefault="008710F3">
            <w:pPr>
              <w:rPr>
                <w:rFonts w:ascii="Abadi" w:hAnsi="Abadi"/>
                <w:sz w:val="28"/>
                <w:szCs w:val="28"/>
              </w:rPr>
            </w:pPr>
          </w:p>
        </w:tc>
        <w:tc>
          <w:tcPr>
            <w:tcW w:w="4297" w:type="dxa"/>
          </w:tcPr>
          <w:p w14:paraId="33E8E279" w14:textId="6C1E5A78" w:rsidR="008710F3" w:rsidRPr="007C123A" w:rsidRDefault="008710F3">
            <w:pPr>
              <w:rPr>
                <w:rFonts w:ascii="Abadi" w:hAnsi="Abadi"/>
                <w:sz w:val="28"/>
                <w:szCs w:val="28"/>
              </w:rPr>
            </w:pPr>
          </w:p>
        </w:tc>
      </w:tr>
      <w:tr w:rsidR="008710F3" w:rsidRPr="007C123A" w14:paraId="3DBBC488" w14:textId="77777777" w:rsidTr="007C123A">
        <w:trPr>
          <w:trHeight w:val="476"/>
        </w:trPr>
        <w:tc>
          <w:tcPr>
            <w:tcW w:w="4297" w:type="dxa"/>
          </w:tcPr>
          <w:p w14:paraId="5D28875E" w14:textId="4B4F1887" w:rsidR="008710F3" w:rsidRPr="007C123A" w:rsidRDefault="008710F3">
            <w:pPr>
              <w:rPr>
                <w:rFonts w:ascii="Abadi" w:hAnsi="Abadi"/>
                <w:sz w:val="28"/>
                <w:szCs w:val="28"/>
              </w:rPr>
            </w:pPr>
          </w:p>
        </w:tc>
        <w:tc>
          <w:tcPr>
            <w:tcW w:w="4297" w:type="dxa"/>
          </w:tcPr>
          <w:p w14:paraId="76DE003B" w14:textId="1BF210FE" w:rsidR="008710F3" w:rsidRPr="007C123A" w:rsidRDefault="008710F3">
            <w:pPr>
              <w:rPr>
                <w:rFonts w:ascii="Abadi" w:hAnsi="Abadi"/>
                <w:sz w:val="28"/>
                <w:szCs w:val="28"/>
              </w:rPr>
            </w:pPr>
          </w:p>
        </w:tc>
      </w:tr>
    </w:tbl>
    <w:p w14:paraId="0E1B68AE" w14:textId="1FB75666" w:rsidR="008710F3" w:rsidRPr="007C123A" w:rsidRDefault="00AE2D4E">
      <w:pPr>
        <w:rPr>
          <w:rFonts w:ascii="Abadi" w:hAnsi="Abadi"/>
          <w:sz w:val="28"/>
          <w:szCs w:val="28"/>
          <w:u w:val="single"/>
        </w:rPr>
      </w:pPr>
      <w:r w:rsidRPr="007C123A">
        <w:rPr>
          <w:rFonts w:ascii="Abadi" w:hAnsi="Abadi"/>
          <w:b/>
          <w:sz w:val="28"/>
          <w:szCs w:val="28"/>
          <w:u w:val="single"/>
        </w:rPr>
        <w:t>School Uniform</w:t>
      </w:r>
    </w:p>
    <w:p w14:paraId="4C8BA5C4" w14:textId="55860B72" w:rsidR="008710F3" w:rsidRPr="007C123A" w:rsidRDefault="00AE2D4E" w:rsidP="007C123A">
      <w:pPr>
        <w:pStyle w:val="ListParagraph"/>
        <w:numPr>
          <w:ilvl w:val="0"/>
          <w:numId w:val="11"/>
        </w:num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Black blazer with academy badge</w:t>
      </w:r>
    </w:p>
    <w:p w14:paraId="24631FC7" w14:textId="3AC4E325" w:rsidR="008710F3" w:rsidRPr="007C123A" w:rsidRDefault="00AE2D4E" w:rsidP="007C123A">
      <w:pPr>
        <w:pStyle w:val="ListParagraph"/>
        <w:numPr>
          <w:ilvl w:val="0"/>
          <w:numId w:val="11"/>
        </w:num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White shirt or blouse</w:t>
      </w:r>
    </w:p>
    <w:p w14:paraId="09C6EB64" w14:textId="06CF6067" w:rsidR="008710F3" w:rsidRPr="007C123A" w:rsidRDefault="00AE2D4E" w:rsidP="007C123A">
      <w:pPr>
        <w:pStyle w:val="ListParagraph"/>
        <w:numPr>
          <w:ilvl w:val="0"/>
          <w:numId w:val="11"/>
        </w:num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School tie</w:t>
      </w:r>
    </w:p>
    <w:p w14:paraId="2F41037E" w14:textId="3670427B" w:rsidR="008710F3" w:rsidRPr="007C123A" w:rsidRDefault="00AE2D4E" w:rsidP="007C123A">
      <w:pPr>
        <w:pStyle w:val="ListParagraph"/>
        <w:numPr>
          <w:ilvl w:val="0"/>
          <w:numId w:val="11"/>
        </w:num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Black trousers or academy skirt</w:t>
      </w:r>
    </w:p>
    <w:p w14:paraId="16107CFC" w14:textId="77791B6F" w:rsidR="007C123A" w:rsidRPr="007C123A" w:rsidRDefault="00AE2D4E" w:rsidP="007C123A">
      <w:pPr>
        <w:pStyle w:val="ListParagraph"/>
        <w:numPr>
          <w:ilvl w:val="0"/>
          <w:numId w:val="11"/>
        </w:num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Black socks or tights</w:t>
      </w:r>
    </w:p>
    <w:p w14:paraId="7E00CD1F" w14:textId="366C2000" w:rsidR="008710F3" w:rsidRPr="007C123A" w:rsidRDefault="00AE2D4E" w:rsidP="007C123A">
      <w:pPr>
        <w:pStyle w:val="ListParagraph"/>
        <w:numPr>
          <w:ilvl w:val="0"/>
          <w:numId w:val="11"/>
        </w:num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Plain black shoes</w:t>
      </w:r>
      <w:r w:rsidR="007C123A" w:rsidRPr="007C123A">
        <w:rPr>
          <w:rFonts w:ascii="Abadi" w:hAnsi="Abadi"/>
          <w:sz w:val="28"/>
          <w:szCs w:val="28"/>
        </w:rPr>
        <w:t xml:space="preserve"> or plain black trainers (no visible branding)</w:t>
      </w:r>
    </w:p>
    <w:p w14:paraId="35DAE98C" w14:textId="08C694A9" w:rsidR="007C123A" w:rsidRPr="007C123A" w:rsidRDefault="007C123A" w:rsidP="007C123A">
      <w:pPr>
        <w:pStyle w:val="ListParagraph"/>
        <w:numPr>
          <w:ilvl w:val="0"/>
          <w:numId w:val="11"/>
        </w:num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Academy Bag (provided)</w:t>
      </w:r>
    </w:p>
    <w:p w14:paraId="5CEB40D3" w14:textId="4D64B659" w:rsidR="007C123A" w:rsidRDefault="007C123A">
      <w:pPr>
        <w:spacing w:after="120"/>
        <w:rPr>
          <w:rFonts w:ascii="Abadi" w:hAnsi="Abadi"/>
          <w:sz w:val="28"/>
          <w:szCs w:val="28"/>
        </w:rPr>
      </w:pPr>
      <w:r>
        <w:rPr>
          <w:rFonts w:ascii="Abadi" w:hAnsi="Abadi"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75DDA3D5" wp14:editId="6BE81677">
            <wp:simplePos x="0" y="0"/>
            <wp:positionH relativeFrom="column">
              <wp:posOffset>2724150</wp:posOffset>
            </wp:positionH>
            <wp:positionV relativeFrom="paragraph">
              <wp:posOffset>114935</wp:posOffset>
            </wp:positionV>
            <wp:extent cx="1764665" cy="2653030"/>
            <wp:effectExtent l="0" t="0" r="6985" b="0"/>
            <wp:wrapTight wrapText="bothSides">
              <wp:wrapPolygon edited="0">
                <wp:start x="0" y="0"/>
                <wp:lineTo x="0" y="21404"/>
                <wp:lineTo x="21452" y="21404"/>
                <wp:lineTo x="21452" y="0"/>
                <wp:lineTo x="0" y="0"/>
              </wp:wrapPolygon>
            </wp:wrapTight>
            <wp:docPr id="11866666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65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123A">
        <w:rPr>
          <w:rFonts w:ascii="Abadi" w:hAnsi="Abadi"/>
          <w:sz w:val="28"/>
          <w:szCs w:val="28"/>
        </w:rPr>
        <w:drawing>
          <wp:inline distT="0" distB="0" distL="0" distR="0" wp14:anchorId="4ADADAE2" wp14:editId="00615961">
            <wp:extent cx="1869855" cy="2707622"/>
            <wp:effectExtent l="0" t="0" r="0" b="0"/>
            <wp:docPr id="717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B84B0F6-394C-0588-EC5B-51BE7D5A0E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1">
                      <a:extLst>
                        <a:ext uri="{FF2B5EF4-FFF2-40B4-BE49-F238E27FC236}">
                          <a16:creationId xmlns:a16="http://schemas.microsoft.com/office/drawing/2014/main" id="{7B84B0F6-394C-0588-EC5B-51BE7D5A0E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68" cy="27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F387" w14:textId="77777777" w:rsidR="007C123A" w:rsidRPr="007C123A" w:rsidRDefault="007C123A">
      <w:pPr>
        <w:spacing w:after="120"/>
        <w:rPr>
          <w:rFonts w:ascii="Abadi" w:hAnsi="Abadi"/>
          <w:sz w:val="28"/>
          <w:szCs w:val="28"/>
        </w:rPr>
      </w:pPr>
    </w:p>
    <w:p w14:paraId="7FCA2727" w14:textId="77777777" w:rsidR="008710F3" w:rsidRPr="007C123A" w:rsidRDefault="00AE2D4E">
      <w:pPr>
        <w:rPr>
          <w:rFonts w:ascii="Abadi" w:hAnsi="Abadi"/>
          <w:sz w:val="28"/>
          <w:szCs w:val="28"/>
          <w:u w:val="single"/>
        </w:rPr>
      </w:pPr>
      <w:r w:rsidRPr="007C123A">
        <w:rPr>
          <w:rFonts w:ascii="Abadi" w:hAnsi="Abadi"/>
          <w:b/>
          <w:sz w:val="28"/>
          <w:szCs w:val="28"/>
          <w:u w:val="single"/>
        </w:rPr>
        <w:t>PE Kit</w:t>
      </w:r>
    </w:p>
    <w:p w14:paraId="094CFDFB" w14:textId="41B62B44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Academy PE polo shirt</w:t>
      </w:r>
    </w:p>
    <w:p w14:paraId="69B82E91" w14:textId="08728ECB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PE shorts</w:t>
      </w:r>
    </w:p>
    <w:p w14:paraId="7CB710F5" w14:textId="26831E19" w:rsid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 xml:space="preserve">Tracksuit </w:t>
      </w:r>
      <w:r w:rsidR="007C123A">
        <w:rPr>
          <w:rFonts w:ascii="Abadi" w:hAnsi="Abadi"/>
          <w:sz w:val="28"/>
          <w:szCs w:val="28"/>
        </w:rPr>
        <w:t>(Top and Bottoms)</w:t>
      </w:r>
    </w:p>
    <w:p w14:paraId="6B6D5FBF" w14:textId="16128A82" w:rsidR="008710F3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Trainers</w:t>
      </w:r>
    </w:p>
    <w:p w14:paraId="1868B980" w14:textId="77777777" w:rsidR="007C123A" w:rsidRDefault="007C123A">
      <w:pPr>
        <w:spacing w:after="120"/>
        <w:rPr>
          <w:rFonts w:ascii="Abadi" w:hAnsi="Abadi"/>
          <w:sz w:val="28"/>
          <w:szCs w:val="28"/>
        </w:rPr>
      </w:pPr>
    </w:p>
    <w:p w14:paraId="333A83A6" w14:textId="4361BB93" w:rsidR="007C123A" w:rsidRPr="007C123A" w:rsidRDefault="007C123A" w:rsidP="007C123A">
      <w:pPr>
        <w:spacing w:after="120"/>
        <w:jc w:val="center"/>
        <w:rPr>
          <w:rFonts w:ascii="Abadi" w:hAnsi="Abadi"/>
          <w:i/>
          <w:iCs/>
          <w:sz w:val="28"/>
          <w:szCs w:val="28"/>
        </w:rPr>
      </w:pPr>
      <w:r w:rsidRPr="007C123A">
        <w:rPr>
          <w:rFonts w:ascii="Abadi" w:hAnsi="Abadi"/>
          <w:i/>
          <w:iCs/>
          <w:sz w:val="28"/>
          <w:szCs w:val="28"/>
        </w:rPr>
        <w:t>All uniform and PE kit are available to purchase from Baker and Sons (Wellington)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40"/>
      </w:tblGrid>
      <w:tr w:rsidR="008710F3" w:rsidRPr="007C123A" w14:paraId="1B91DE10" w14:textId="77777777">
        <w:tc>
          <w:tcPr>
            <w:tcW w:w="8640" w:type="dxa"/>
          </w:tcPr>
          <w:p w14:paraId="5DFF05E4" w14:textId="0F2679E7" w:rsidR="008710F3" w:rsidRPr="007C123A" w:rsidRDefault="008710F3">
            <w:pPr>
              <w:jc w:val="center"/>
              <w:rPr>
                <w:rFonts w:ascii="Abadi" w:hAnsi="Abadi"/>
                <w:sz w:val="28"/>
                <w:szCs w:val="28"/>
              </w:rPr>
            </w:pPr>
          </w:p>
        </w:tc>
      </w:tr>
    </w:tbl>
    <w:p w14:paraId="4600C44F" w14:textId="3A115DB6" w:rsidR="008710F3" w:rsidRPr="007C123A" w:rsidRDefault="008710F3">
      <w:pPr>
        <w:rPr>
          <w:rFonts w:ascii="Abadi" w:hAnsi="Abadi"/>
          <w:sz w:val="28"/>
          <w:szCs w:val="28"/>
        </w:rPr>
      </w:pPr>
    </w:p>
    <w:p w14:paraId="2677E2E4" w14:textId="05DE9184" w:rsidR="008710F3" w:rsidRPr="007C123A" w:rsidRDefault="007C123A">
      <w:pPr>
        <w:rPr>
          <w:rFonts w:ascii="Abadi" w:hAnsi="Abadi"/>
          <w:sz w:val="28"/>
          <w:szCs w:val="28"/>
          <w:u w:val="single"/>
        </w:rPr>
      </w:pPr>
      <w:r>
        <w:rPr>
          <w:rFonts w:ascii="Abadi" w:hAnsi="Abadi"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60B23AD7" wp14:editId="5EF5900B">
            <wp:simplePos x="0" y="0"/>
            <wp:positionH relativeFrom="column">
              <wp:posOffset>2447925</wp:posOffset>
            </wp:positionH>
            <wp:positionV relativeFrom="paragraph">
              <wp:posOffset>130810</wp:posOffset>
            </wp:positionV>
            <wp:extent cx="377571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69" y="21503"/>
                <wp:lineTo x="21469" y="0"/>
                <wp:lineTo x="0" y="0"/>
              </wp:wrapPolygon>
            </wp:wrapTight>
            <wp:docPr id="11295507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D4E" w:rsidRPr="007C123A">
        <w:rPr>
          <w:rFonts w:ascii="Abadi" w:hAnsi="Abadi"/>
          <w:b/>
          <w:sz w:val="28"/>
          <w:szCs w:val="28"/>
          <w:u w:val="single"/>
        </w:rPr>
        <w:t>Equipment for School</w:t>
      </w:r>
    </w:p>
    <w:p w14:paraId="604816A6" w14:textId="3D698F2C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• Black pen</w:t>
      </w:r>
    </w:p>
    <w:p w14:paraId="4899C5A1" w14:textId="0DA16A36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• Pencil</w:t>
      </w:r>
    </w:p>
    <w:p w14:paraId="4E3F9DD6" w14:textId="33C10A3D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• Ruler</w:t>
      </w:r>
    </w:p>
    <w:p w14:paraId="7996E73E" w14:textId="77777777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• Eraser</w:t>
      </w:r>
    </w:p>
    <w:p w14:paraId="2D3220D2" w14:textId="5EE7743D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• Highlighter</w:t>
      </w:r>
    </w:p>
    <w:p w14:paraId="6CF3A66A" w14:textId="068A6202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• School bag</w:t>
      </w:r>
    </w:p>
    <w:p w14:paraId="0B906D2E" w14:textId="77777777" w:rsidR="007C123A" w:rsidRDefault="007C123A">
      <w:pPr>
        <w:rPr>
          <w:rFonts w:ascii="Abadi" w:hAnsi="Abadi"/>
          <w:b/>
          <w:sz w:val="28"/>
          <w:szCs w:val="28"/>
        </w:rPr>
      </w:pPr>
    </w:p>
    <w:p w14:paraId="66468718" w14:textId="5F99D408" w:rsidR="007C123A" w:rsidRDefault="00811D8E">
      <w:pPr>
        <w:rPr>
          <w:rFonts w:ascii="Abadi" w:hAnsi="Abadi"/>
          <w:b/>
          <w:sz w:val="28"/>
          <w:szCs w:val="28"/>
        </w:rPr>
      </w:pPr>
      <w:r>
        <w:rPr>
          <w:rFonts w:ascii="Abadi" w:hAnsi="Abadi"/>
          <w:noProof/>
          <w:sz w:val="28"/>
          <w:szCs w:val="28"/>
        </w:rPr>
        <w:drawing>
          <wp:anchor distT="0" distB="0" distL="114300" distR="114300" simplePos="0" relativeHeight="251676160" behindDoc="1" locked="0" layoutInCell="1" allowOverlap="1" wp14:anchorId="58ED7552" wp14:editId="5F65E9B2">
            <wp:simplePos x="0" y="0"/>
            <wp:positionH relativeFrom="column">
              <wp:posOffset>2505075</wp:posOffset>
            </wp:positionH>
            <wp:positionV relativeFrom="paragraph">
              <wp:posOffset>260350</wp:posOffset>
            </wp:positionV>
            <wp:extent cx="367665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20155575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42FCF" w14:textId="60385F27" w:rsidR="008710F3" w:rsidRPr="007C123A" w:rsidRDefault="00AE2D4E">
      <w:pPr>
        <w:rPr>
          <w:rFonts w:ascii="Abadi" w:hAnsi="Abadi"/>
          <w:sz w:val="28"/>
          <w:szCs w:val="28"/>
          <w:u w:val="single"/>
        </w:rPr>
      </w:pPr>
      <w:r w:rsidRPr="007C123A">
        <w:rPr>
          <w:rFonts w:ascii="Abadi" w:hAnsi="Abadi"/>
          <w:b/>
          <w:sz w:val="28"/>
          <w:szCs w:val="28"/>
          <w:u w:val="single"/>
        </w:rPr>
        <w:t>Subjects in Year 7</w:t>
      </w:r>
    </w:p>
    <w:p w14:paraId="04EB096B" w14:textId="08DAD6B5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• English</w:t>
      </w:r>
    </w:p>
    <w:p w14:paraId="47D512F4" w14:textId="73E73173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 xml:space="preserve">• </w:t>
      </w:r>
      <w:proofErr w:type="spellStart"/>
      <w:r w:rsidRPr="007C123A">
        <w:rPr>
          <w:rFonts w:ascii="Abadi" w:hAnsi="Abadi"/>
          <w:sz w:val="28"/>
          <w:szCs w:val="28"/>
        </w:rPr>
        <w:t>Maths</w:t>
      </w:r>
      <w:proofErr w:type="spellEnd"/>
    </w:p>
    <w:p w14:paraId="5445069D" w14:textId="7ADD3F55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• Science</w:t>
      </w:r>
    </w:p>
    <w:p w14:paraId="771B850E" w14:textId="77777777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• History</w:t>
      </w:r>
    </w:p>
    <w:p w14:paraId="75CC69FC" w14:textId="591E17CF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• Geography</w:t>
      </w:r>
    </w:p>
    <w:p w14:paraId="3E0AEB26" w14:textId="77777777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• Computing</w:t>
      </w:r>
    </w:p>
    <w:p w14:paraId="43EBDB5C" w14:textId="77777777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• Art</w:t>
      </w:r>
    </w:p>
    <w:p w14:paraId="4A4B27FF" w14:textId="1C77B744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• Music</w:t>
      </w:r>
    </w:p>
    <w:p w14:paraId="404A37BB" w14:textId="11A93583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• Design Technology</w:t>
      </w:r>
    </w:p>
    <w:p w14:paraId="7A48CF75" w14:textId="0E9BF82D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• Physical Education</w:t>
      </w:r>
    </w:p>
    <w:p w14:paraId="62EBEE63" w14:textId="61C3E1C2" w:rsidR="00811D8E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 xml:space="preserve">• </w:t>
      </w:r>
      <w:r w:rsidR="00811D8E">
        <w:rPr>
          <w:rFonts w:ascii="Abadi" w:hAnsi="Abadi"/>
          <w:sz w:val="28"/>
          <w:szCs w:val="28"/>
        </w:rPr>
        <w:t>French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40"/>
      </w:tblGrid>
      <w:tr w:rsidR="008710F3" w:rsidRPr="007C123A" w14:paraId="4BB5C2B8" w14:textId="77777777">
        <w:tc>
          <w:tcPr>
            <w:tcW w:w="8640" w:type="dxa"/>
          </w:tcPr>
          <w:p w14:paraId="2EBE0AEC" w14:textId="46811D90" w:rsidR="008710F3" w:rsidRPr="007C123A" w:rsidRDefault="008710F3">
            <w:pPr>
              <w:jc w:val="center"/>
              <w:rPr>
                <w:rFonts w:ascii="Abadi" w:hAnsi="Abadi"/>
                <w:sz w:val="28"/>
                <w:szCs w:val="28"/>
              </w:rPr>
            </w:pPr>
          </w:p>
        </w:tc>
      </w:tr>
    </w:tbl>
    <w:p w14:paraId="16FBF585" w14:textId="4C3670FF" w:rsidR="008710F3" w:rsidRPr="007C123A" w:rsidRDefault="00AE2D4E">
      <w:pPr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br w:type="page"/>
      </w:r>
    </w:p>
    <w:p w14:paraId="5B06BFA3" w14:textId="77777777" w:rsidR="008710F3" w:rsidRPr="007C123A" w:rsidRDefault="00AE2D4E">
      <w:pPr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b/>
          <w:sz w:val="28"/>
          <w:szCs w:val="28"/>
        </w:rPr>
        <w:lastRenderedPageBreak/>
        <w:t>Transition Days</w:t>
      </w:r>
    </w:p>
    <w:p w14:paraId="2CF2C5A1" w14:textId="77777777" w:rsidR="008710F3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Students will visit the academy to help them settle in before September.</w:t>
      </w:r>
    </w:p>
    <w:p w14:paraId="1641D0D6" w14:textId="77777777" w:rsidR="00811D8E" w:rsidRPr="007C123A" w:rsidRDefault="00811D8E">
      <w:pPr>
        <w:spacing w:after="120"/>
        <w:rPr>
          <w:rFonts w:ascii="Abadi" w:hAnsi="Abadi"/>
          <w:sz w:val="28"/>
          <w:szCs w:val="28"/>
        </w:rPr>
      </w:pPr>
    </w:p>
    <w:p w14:paraId="78947D2A" w14:textId="55AA3485" w:rsidR="008710F3" w:rsidRPr="00811D8E" w:rsidRDefault="00AE2D4E" w:rsidP="00811D8E">
      <w:pPr>
        <w:pStyle w:val="ListParagraph"/>
        <w:numPr>
          <w:ilvl w:val="0"/>
          <w:numId w:val="12"/>
        </w:numPr>
        <w:spacing w:after="120"/>
        <w:rPr>
          <w:rFonts w:ascii="Abadi" w:hAnsi="Abadi"/>
          <w:sz w:val="28"/>
          <w:szCs w:val="28"/>
        </w:rPr>
      </w:pPr>
      <w:r w:rsidRPr="00811D8E">
        <w:rPr>
          <w:rFonts w:ascii="Abadi" w:hAnsi="Abadi"/>
          <w:sz w:val="28"/>
          <w:szCs w:val="28"/>
        </w:rPr>
        <w:t>Monday 6th July – Transition Day</w:t>
      </w:r>
    </w:p>
    <w:p w14:paraId="73929FA1" w14:textId="0C4799F9" w:rsidR="008710F3" w:rsidRPr="00811D8E" w:rsidRDefault="00AE2D4E" w:rsidP="00811D8E">
      <w:pPr>
        <w:pStyle w:val="ListParagraph"/>
        <w:numPr>
          <w:ilvl w:val="0"/>
          <w:numId w:val="12"/>
        </w:numPr>
        <w:spacing w:after="120"/>
        <w:rPr>
          <w:rFonts w:ascii="Abadi" w:hAnsi="Abadi"/>
          <w:sz w:val="28"/>
          <w:szCs w:val="28"/>
        </w:rPr>
      </w:pPr>
      <w:r w:rsidRPr="00811D8E">
        <w:rPr>
          <w:rFonts w:ascii="Abadi" w:hAnsi="Abadi"/>
          <w:sz w:val="28"/>
          <w:szCs w:val="28"/>
        </w:rPr>
        <w:t>Tuesday 7th July – Transition Day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40"/>
      </w:tblGrid>
      <w:tr w:rsidR="008710F3" w:rsidRPr="007C123A" w14:paraId="14D53DDE" w14:textId="77777777">
        <w:tc>
          <w:tcPr>
            <w:tcW w:w="8640" w:type="dxa"/>
          </w:tcPr>
          <w:p w14:paraId="79659EC0" w14:textId="77777777" w:rsidR="008710F3" w:rsidRDefault="008710F3">
            <w:pPr>
              <w:jc w:val="center"/>
              <w:rPr>
                <w:rFonts w:ascii="Abadi" w:hAnsi="Abadi"/>
                <w:sz w:val="28"/>
                <w:szCs w:val="28"/>
              </w:rPr>
            </w:pPr>
          </w:p>
          <w:p w14:paraId="3EE420F4" w14:textId="5C5E0D24" w:rsidR="00811D8E" w:rsidRDefault="00811D8E">
            <w:pPr>
              <w:jc w:val="center"/>
              <w:rPr>
                <w:rFonts w:ascii="Abadi" w:hAnsi="Abadi"/>
                <w:sz w:val="28"/>
                <w:szCs w:val="28"/>
              </w:rPr>
            </w:pPr>
            <w:r>
              <w:rPr>
                <w:rFonts w:ascii="Abadi" w:hAnsi="Abadi"/>
                <w:sz w:val="28"/>
                <w:szCs w:val="28"/>
              </w:rPr>
              <w:t xml:space="preserve">Further information regarding the transition days will be sent in advance. A member of staff from Madeley Academy will also be making a visit to </w:t>
            </w:r>
            <w:proofErr w:type="gramStart"/>
            <w:r>
              <w:rPr>
                <w:rFonts w:ascii="Abadi" w:hAnsi="Abadi"/>
                <w:sz w:val="28"/>
                <w:szCs w:val="28"/>
              </w:rPr>
              <w:t>all of</w:t>
            </w:r>
            <w:proofErr w:type="gramEnd"/>
            <w:r>
              <w:rPr>
                <w:rFonts w:ascii="Abadi" w:hAnsi="Abadi"/>
                <w:sz w:val="28"/>
                <w:szCs w:val="28"/>
              </w:rPr>
              <w:t xml:space="preserve"> the students at their primary school.</w:t>
            </w:r>
          </w:p>
          <w:p w14:paraId="5B02C891" w14:textId="75F555D0" w:rsidR="00811D8E" w:rsidRPr="007C123A" w:rsidRDefault="00811D8E">
            <w:pPr>
              <w:jc w:val="center"/>
              <w:rPr>
                <w:rFonts w:ascii="Abadi" w:hAnsi="Abadi"/>
                <w:sz w:val="28"/>
                <w:szCs w:val="28"/>
              </w:rPr>
            </w:pPr>
          </w:p>
        </w:tc>
      </w:tr>
    </w:tbl>
    <w:p w14:paraId="53B3234C" w14:textId="77777777" w:rsidR="008710F3" w:rsidRPr="007C123A" w:rsidRDefault="00AE2D4E">
      <w:pPr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b/>
          <w:sz w:val="28"/>
          <w:szCs w:val="28"/>
        </w:rPr>
        <w:t>Key Staff Support</w:t>
      </w:r>
    </w:p>
    <w:p w14:paraId="2B83EFEF" w14:textId="170DD07F" w:rsidR="00811D8E" w:rsidRDefault="00811D8E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Any queries or concerns regarding Year 7 Transition, please contact:</w:t>
      </w:r>
    </w:p>
    <w:p w14:paraId="13F0B2C1" w14:textId="0F0F9AB6" w:rsidR="00811D8E" w:rsidRDefault="00811D8E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Mr Hall – Deputy Headteacher</w:t>
      </w:r>
    </w:p>
    <w:p w14:paraId="24B96198" w14:textId="5A4A123E" w:rsidR="00811D8E" w:rsidRDefault="00811D8E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rhall@madeleyacademy.com</w:t>
      </w:r>
    </w:p>
    <w:p w14:paraId="17CEF7CB" w14:textId="77777777" w:rsidR="00811D8E" w:rsidRDefault="00811D8E">
      <w:pPr>
        <w:rPr>
          <w:rFonts w:ascii="Abadi" w:hAnsi="Abadi"/>
          <w:sz w:val="28"/>
          <w:szCs w:val="28"/>
        </w:rPr>
      </w:pPr>
    </w:p>
    <w:p w14:paraId="2BB25AA6" w14:textId="77777777" w:rsidR="00811D8E" w:rsidRDefault="00811D8E">
      <w:pPr>
        <w:rPr>
          <w:rFonts w:ascii="Abadi" w:hAnsi="Abadi"/>
          <w:sz w:val="28"/>
          <w:szCs w:val="28"/>
        </w:rPr>
      </w:pPr>
    </w:p>
    <w:p w14:paraId="0A3508EE" w14:textId="7A04F831" w:rsidR="008710F3" w:rsidRPr="007C123A" w:rsidRDefault="00AE2D4E">
      <w:pPr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b/>
          <w:sz w:val="28"/>
          <w:szCs w:val="28"/>
        </w:rPr>
        <w:t>Contact</w:t>
      </w:r>
    </w:p>
    <w:p w14:paraId="2FA43BAC" w14:textId="77777777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Madeley Academy</w:t>
      </w:r>
    </w:p>
    <w:p w14:paraId="4A920B94" w14:textId="77777777" w:rsidR="008710F3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Castlefields Way, Madeley, Telford TF7 5FB</w:t>
      </w:r>
    </w:p>
    <w:p w14:paraId="28319392" w14:textId="40E8EF02" w:rsidR="00811D8E" w:rsidRPr="007C123A" w:rsidRDefault="00811D8E">
      <w:pPr>
        <w:spacing w:after="120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Phone: 01952 527700</w:t>
      </w:r>
    </w:p>
    <w:p w14:paraId="5FD2FB4A" w14:textId="77777777" w:rsidR="008710F3" w:rsidRPr="007C123A" w:rsidRDefault="00AE2D4E">
      <w:pPr>
        <w:spacing w:after="120"/>
        <w:rPr>
          <w:rFonts w:ascii="Abadi" w:hAnsi="Abadi"/>
          <w:sz w:val="28"/>
          <w:szCs w:val="28"/>
        </w:rPr>
      </w:pPr>
      <w:r w:rsidRPr="007C123A">
        <w:rPr>
          <w:rFonts w:ascii="Abadi" w:hAnsi="Abadi"/>
          <w:sz w:val="28"/>
          <w:szCs w:val="28"/>
        </w:rPr>
        <w:t>Website: www.madeleyacademy.com</w:t>
      </w:r>
    </w:p>
    <w:sectPr w:rsidR="008710F3" w:rsidRPr="007C123A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9AF392E"/>
    <w:multiLevelType w:val="hybridMultilevel"/>
    <w:tmpl w:val="91F61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750E8B"/>
    <w:multiLevelType w:val="hybridMultilevel"/>
    <w:tmpl w:val="5E9271A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D63BAA"/>
    <w:multiLevelType w:val="hybridMultilevel"/>
    <w:tmpl w:val="3FF294A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8824518">
    <w:abstractNumId w:val="8"/>
  </w:num>
  <w:num w:numId="2" w16cid:durableId="1567305055">
    <w:abstractNumId w:val="6"/>
  </w:num>
  <w:num w:numId="3" w16cid:durableId="2124182197">
    <w:abstractNumId w:val="5"/>
  </w:num>
  <w:num w:numId="4" w16cid:durableId="125124329">
    <w:abstractNumId w:val="4"/>
  </w:num>
  <w:num w:numId="5" w16cid:durableId="420151841">
    <w:abstractNumId w:val="7"/>
  </w:num>
  <w:num w:numId="6" w16cid:durableId="619000228">
    <w:abstractNumId w:val="3"/>
  </w:num>
  <w:num w:numId="7" w16cid:durableId="1325206710">
    <w:abstractNumId w:val="2"/>
  </w:num>
  <w:num w:numId="8" w16cid:durableId="1144466683">
    <w:abstractNumId w:val="1"/>
  </w:num>
  <w:num w:numId="9" w16cid:durableId="781650584">
    <w:abstractNumId w:val="0"/>
  </w:num>
  <w:num w:numId="10" w16cid:durableId="1079328081">
    <w:abstractNumId w:val="9"/>
  </w:num>
  <w:num w:numId="11" w16cid:durableId="1709992158">
    <w:abstractNumId w:val="11"/>
  </w:num>
  <w:num w:numId="12" w16cid:durableId="21446197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9037D"/>
    <w:rsid w:val="0029639D"/>
    <w:rsid w:val="00326F90"/>
    <w:rsid w:val="007C123A"/>
    <w:rsid w:val="00811D8E"/>
    <w:rsid w:val="008710F3"/>
    <w:rsid w:val="00A31979"/>
    <w:rsid w:val="00AA1D8D"/>
    <w:rsid w:val="00AE2D4E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460787"/>
  <w14:defaultImageDpi w14:val="300"/>
  <w15:docId w15:val="{020A2627-1703-4A00-B34E-FEFD69724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Rhys Hall</cp:lastModifiedBy>
  <cp:revision>2</cp:revision>
  <dcterms:created xsi:type="dcterms:W3CDTF">2026-03-09T10:10:00Z</dcterms:created>
  <dcterms:modified xsi:type="dcterms:W3CDTF">2026-03-09T10:10:00Z</dcterms:modified>
  <cp:category/>
</cp:coreProperties>
</file>